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E07BD" w14:textId="77777777" w:rsidR="003A29E9" w:rsidRDefault="00000000">
      <w:r>
        <w:rPr>
          <w:color w:val="000000"/>
        </w:rPr>
        <w:t>[NAMA IBU BAPA / PENJAGA]</w:t>
      </w:r>
      <w:r>
        <w:rPr>
          <w:color w:val="000000"/>
        </w:rPr>
        <w:br/>
        <w:t>[ALAMAT BARIS 1]</w:t>
      </w:r>
      <w:r>
        <w:rPr>
          <w:color w:val="000000"/>
        </w:rPr>
        <w:br/>
        <w:t>[POSKOD DAN BANDAR]</w:t>
      </w:r>
      <w:r>
        <w:rPr>
          <w:color w:val="000000"/>
        </w:rPr>
        <w:br/>
        <w:t>[NEGERI]</w:t>
      </w:r>
    </w:p>
    <w:p w14:paraId="637FCA40" w14:textId="7543E1B7" w:rsidR="00CC052D" w:rsidRDefault="00000000" w:rsidP="00CC052D">
      <w:r>
        <w:rPr>
          <w:color w:val="000000"/>
        </w:rPr>
        <w:t xml:space="preserve">Guru </w:t>
      </w:r>
      <w:proofErr w:type="spellStart"/>
      <w:r>
        <w:rPr>
          <w:color w:val="000000"/>
        </w:rPr>
        <w:t>Kelas</w:t>
      </w:r>
      <w:proofErr w:type="spellEnd"/>
      <w:r>
        <w:rPr>
          <w:color w:val="000000"/>
        </w:rPr>
        <w:t xml:space="preserve"> [KELAS]</w:t>
      </w:r>
      <w:r>
        <w:rPr>
          <w:color w:val="000000"/>
        </w:rPr>
        <w:br/>
        <w:t>[NAMA SEKOLAH]</w:t>
      </w:r>
      <w:r>
        <w:rPr>
          <w:color w:val="000000"/>
        </w:rPr>
        <w:br/>
        <w:t>[ALAMAT SEKOLAH]</w:t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>Tarikh: [TARIKH SURAT]</w:t>
      </w:r>
    </w:p>
    <w:p w14:paraId="716BB83F" w14:textId="387ED87C" w:rsidR="003A29E9" w:rsidRDefault="003A29E9"/>
    <w:p w14:paraId="21214348" w14:textId="77777777" w:rsidR="003A29E9" w:rsidRDefault="00000000">
      <w:r>
        <w:rPr>
          <w:color w:val="000000"/>
        </w:rPr>
        <w:t>Tuan/Puan,</w:t>
      </w:r>
    </w:p>
    <w:p w14:paraId="141EF321" w14:textId="77777777" w:rsidR="003A29E9" w:rsidRDefault="00000000">
      <w:r>
        <w:rPr>
          <w:b/>
          <w:color w:val="000000"/>
        </w:rPr>
        <w:t>MAKLUMAN KETIDAKHADIRAN ANAK KE SEKOLAH</w:t>
      </w:r>
    </w:p>
    <w:p w14:paraId="026207E4" w14:textId="77777777" w:rsidR="003A29E9" w:rsidRDefault="00000000">
      <w:r>
        <w:rPr>
          <w:color w:val="000000"/>
        </w:rPr>
        <w:t>Dengan hormatnya saya merujuk perkara di atas.</w:t>
      </w:r>
    </w:p>
    <w:p w14:paraId="05D57393" w14:textId="02FCE1BA" w:rsidR="003A29E9" w:rsidRDefault="00000000">
      <w:r>
        <w:rPr>
          <w:color w:val="000000"/>
        </w:rPr>
        <w:t>2.</w:t>
      </w:r>
      <w:r w:rsidR="00CC052D">
        <w:rPr>
          <w:color w:val="000000"/>
        </w:rPr>
        <w:tab/>
      </w:r>
      <w:r>
        <w:rPr>
          <w:color w:val="000000"/>
        </w:rPr>
        <w:t>Saya, [NAMA IBU BAPA / PENJAGA], ialah [HUBUNGAN DENGAN MURID] kepada [NAMA MURID], murid [KELAS]. Saya ingin memaklumkan bahawa anak/jagaan saya tidak dapat hadir ke sekolah pada [TARIKH TIDAK HADIR] kerana [SEBAB SEBENAR KETIDAKHADIRAN].</w:t>
      </w:r>
    </w:p>
    <w:p w14:paraId="68BF754A" w14:textId="69758074" w:rsidR="003A29E9" w:rsidRDefault="00000000">
      <w:r>
        <w:rPr>
          <w:color w:val="000000"/>
        </w:rPr>
        <w:t>3.</w:t>
      </w:r>
      <w:r w:rsidR="00CC052D">
        <w:rPr>
          <w:color w:val="000000"/>
        </w:rPr>
        <w:tab/>
      </w:r>
      <w:r>
        <w:rPr>
          <w:color w:val="000000"/>
        </w:rPr>
        <w:t xml:space="preserve">Saya </w:t>
      </w:r>
      <w:proofErr w:type="spellStart"/>
      <w:r>
        <w:rPr>
          <w:color w:val="000000"/>
        </w:rPr>
        <w:t>memohon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pihak</w:t>
      </w:r>
      <w:proofErr w:type="spellEnd"/>
      <w:r>
        <w:rPr>
          <w:color w:val="000000"/>
        </w:rPr>
        <w:t xml:space="preserve"> tuan/</w:t>
      </w:r>
      <w:proofErr w:type="spellStart"/>
      <w:r>
        <w:rPr>
          <w:color w:val="000000"/>
        </w:rPr>
        <w:t>puan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mengambil</w:t>
      </w:r>
      <w:proofErr w:type="spellEnd"/>
      <w:r>
        <w:rPr>
          <w:color w:val="000000"/>
        </w:rPr>
        <w:t xml:space="preserve"> maklum tentang ketidakhadiran ini. [NYATAKAN DOKUMEN SOKONGAN JIKA ADA ATAU PADAM AYAT INI.]</w:t>
      </w:r>
    </w:p>
    <w:p w14:paraId="14039322" w14:textId="0077896D" w:rsidR="003A29E9" w:rsidRDefault="00000000">
      <w:r>
        <w:rPr>
          <w:color w:val="000000"/>
        </w:rPr>
        <w:t>4.</w:t>
      </w:r>
      <w:r w:rsidR="00CC052D">
        <w:rPr>
          <w:color w:val="000000"/>
        </w:rPr>
        <w:tab/>
      </w:r>
      <w:r>
        <w:rPr>
          <w:color w:val="000000"/>
        </w:rPr>
        <w:t xml:space="preserve">Saya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menghubungi</w:t>
      </w:r>
      <w:proofErr w:type="spellEnd"/>
      <w:r>
        <w:rPr>
          <w:color w:val="000000"/>
        </w:rPr>
        <w:t xml:space="preserve"> guru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mendapatkan maklumat tentang tugasan yang tertinggal dan membantu anak/jagaan saya menyelesaikannya mengikut kesesuaian.</w:t>
      </w:r>
    </w:p>
    <w:p w14:paraId="6830422F" w14:textId="77777777" w:rsidR="003A29E9" w:rsidRDefault="00000000">
      <w:r>
        <w:rPr>
          <w:color w:val="000000"/>
        </w:rPr>
        <w:t>Sekian, terima kasih.</w:t>
      </w:r>
    </w:p>
    <w:p w14:paraId="1E68062E" w14:textId="77777777" w:rsidR="003A29E9" w:rsidRDefault="00000000">
      <w:r>
        <w:rPr>
          <w:color w:val="000000"/>
        </w:rPr>
        <w:t>Yang benar,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  <w:t>[NAMA IBU BAPA / PENJAGA]</w:t>
      </w:r>
      <w:r>
        <w:rPr>
          <w:color w:val="000000"/>
        </w:rPr>
        <w:br/>
        <w:t>No. telefon: [NOMBOR UNTUK DIHUBUNGI]</w:t>
      </w:r>
    </w:p>
    <w:p w14:paraId="17C1C4EA" w14:textId="77777777" w:rsidR="003A29E9" w:rsidRDefault="00000000">
      <w:r>
        <w:br w:type="page"/>
      </w:r>
    </w:p>
    <w:p w14:paraId="7FAC134E" w14:textId="77777777" w:rsidR="003A29E9" w:rsidRDefault="00000000">
      <w:r>
        <w:rPr>
          <w:color w:val="000000"/>
        </w:rPr>
        <w:lastRenderedPageBreak/>
        <w:t>[NAMA IBU BAPA / PENJAGA]</w:t>
      </w:r>
      <w:r>
        <w:rPr>
          <w:color w:val="000000"/>
        </w:rPr>
        <w:br/>
        <w:t>[ALAMAT BARIS 1]</w:t>
      </w:r>
      <w:r>
        <w:rPr>
          <w:color w:val="000000"/>
        </w:rPr>
        <w:br/>
        <w:t>[POSKOD DAN BANDAR]</w:t>
      </w:r>
      <w:r>
        <w:rPr>
          <w:color w:val="000000"/>
        </w:rPr>
        <w:br/>
        <w:t>[NEGERI]</w:t>
      </w:r>
    </w:p>
    <w:p w14:paraId="17A68849" w14:textId="74CD1D25" w:rsidR="00CC052D" w:rsidRDefault="00000000" w:rsidP="00CC052D">
      <w:r>
        <w:rPr>
          <w:color w:val="000000"/>
        </w:rPr>
        <w:t xml:space="preserve">Guru </w:t>
      </w:r>
      <w:proofErr w:type="spellStart"/>
      <w:r>
        <w:rPr>
          <w:color w:val="000000"/>
        </w:rPr>
        <w:t>Kelas</w:t>
      </w:r>
      <w:proofErr w:type="spellEnd"/>
      <w:r>
        <w:rPr>
          <w:color w:val="000000"/>
        </w:rPr>
        <w:t xml:space="preserve"> [KELAS]</w:t>
      </w:r>
      <w:r>
        <w:rPr>
          <w:color w:val="000000"/>
        </w:rPr>
        <w:br/>
        <w:t>[NAMA SEKOLAH]</w:t>
      </w:r>
      <w:r>
        <w:rPr>
          <w:color w:val="000000"/>
        </w:rPr>
        <w:br/>
        <w:t>[ALAMAT SEKOLAH]</w:t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>Tarikh: [TARIKH SURAT]</w:t>
      </w:r>
    </w:p>
    <w:p w14:paraId="076D906D" w14:textId="6AC7246B" w:rsidR="003A29E9" w:rsidRDefault="003A29E9"/>
    <w:p w14:paraId="69961E9C" w14:textId="77777777" w:rsidR="003A29E9" w:rsidRDefault="00000000">
      <w:r>
        <w:rPr>
          <w:color w:val="000000"/>
        </w:rPr>
        <w:t>Tuan/Puan,</w:t>
      </w:r>
    </w:p>
    <w:p w14:paraId="3F213E08" w14:textId="77777777" w:rsidR="003A29E9" w:rsidRDefault="00000000">
      <w:r>
        <w:rPr>
          <w:b/>
          <w:color w:val="000000"/>
        </w:rPr>
        <w:t>MAKLUMAN KETIDAKHADIRAN ANAK KE SEKOLAH</w:t>
      </w:r>
    </w:p>
    <w:p w14:paraId="7955A04E" w14:textId="77777777" w:rsidR="003A29E9" w:rsidRDefault="00000000">
      <w:r>
        <w:rPr>
          <w:color w:val="000000"/>
        </w:rPr>
        <w:t>Dengan hormatnya saya merujuk perkara di atas.</w:t>
      </w:r>
    </w:p>
    <w:p w14:paraId="64F3C3A6" w14:textId="77CAD1C1" w:rsidR="003A29E9" w:rsidRDefault="00000000">
      <w:r>
        <w:rPr>
          <w:color w:val="000000"/>
        </w:rPr>
        <w:t>2.</w:t>
      </w:r>
      <w:r w:rsidR="00CC052D">
        <w:rPr>
          <w:color w:val="000000"/>
        </w:rPr>
        <w:tab/>
      </w:r>
      <w:r>
        <w:rPr>
          <w:color w:val="000000"/>
        </w:rPr>
        <w:t>Saya, [NAMA IBU BAPA / PENJAGA], ialah [HUBUNGAN DENGAN MURID] kepada [NAMA MURID], murid [KELAS]. Saya ingin memaklumkan bahawa anak/jagaan saya tidak dapat hadir ke sekolah pada [TARIKH TIDAK HADIR] kerana anak saya kurang sihat dan berehat di rumah pada tarikh tersebut.</w:t>
      </w:r>
    </w:p>
    <w:p w14:paraId="76A5A61F" w14:textId="6B45D16A" w:rsidR="003A29E9" w:rsidRDefault="00000000">
      <w:r>
        <w:rPr>
          <w:color w:val="000000"/>
        </w:rPr>
        <w:t>3.</w:t>
      </w:r>
      <w:r w:rsidR="00CC052D">
        <w:rPr>
          <w:color w:val="000000"/>
        </w:rPr>
        <w:tab/>
      </w:r>
      <w:r>
        <w:rPr>
          <w:color w:val="000000"/>
        </w:rPr>
        <w:t xml:space="preserve">Saya </w:t>
      </w:r>
      <w:proofErr w:type="spellStart"/>
      <w:r>
        <w:rPr>
          <w:color w:val="000000"/>
        </w:rPr>
        <w:t>memohon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pihak</w:t>
      </w:r>
      <w:proofErr w:type="spellEnd"/>
      <w:r>
        <w:rPr>
          <w:color w:val="000000"/>
        </w:rPr>
        <w:t xml:space="preserve"> tuan/</w:t>
      </w:r>
      <w:proofErr w:type="spellStart"/>
      <w:r>
        <w:rPr>
          <w:color w:val="000000"/>
        </w:rPr>
        <w:t>puan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mengambil</w:t>
      </w:r>
      <w:proofErr w:type="spellEnd"/>
      <w:r>
        <w:rPr>
          <w:color w:val="000000"/>
        </w:rPr>
        <w:t xml:space="preserve"> maklum tentang ketidakhadiran ini. Saya boleh dihubungi jika pihak sekolah memerlukan penjelasan lanjut.</w:t>
      </w:r>
    </w:p>
    <w:p w14:paraId="4BE2E5E7" w14:textId="6DA1A0DE" w:rsidR="003A29E9" w:rsidRDefault="00000000">
      <w:r>
        <w:rPr>
          <w:color w:val="000000"/>
        </w:rPr>
        <w:t>4.</w:t>
      </w:r>
      <w:r w:rsidR="00CC052D">
        <w:rPr>
          <w:color w:val="000000"/>
        </w:rPr>
        <w:tab/>
      </w:r>
      <w:r>
        <w:rPr>
          <w:color w:val="000000"/>
        </w:rPr>
        <w:t xml:space="preserve">Saya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menghubungi</w:t>
      </w:r>
      <w:proofErr w:type="spellEnd"/>
      <w:r>
        <w:rPr>
          <w:color w:val="000000"/>
        </w:rPr>
        <w:t xml:space="preserve"> guru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mendapatkan maklumat tentang tugasan yang tertinggal dan membantu anak/jagaan saya menyelesaikannya mengikut kesesuaian.</w:t>
      </w:r>
    </w:p>
    <w:p w14:paraId="5A9AA575" w14:textId="77777777" w:rsidR="003A29E9" w:rsidRDefault="00000000">
      <w:r>
        <w:rPr>
          <w:color w:val="000000"/>
        </w:rPr>
        <w:t>Sekian, terima kasih.</w:t>
      </w:r>
    </w:p>
    <w:p w14:paraId="79CA71D6" w14:textId="77777777" w:rsidR="003A29E9" w:rsidRDefault="00000000">
      <w:r>
        <w:rPr>
          <w:color w:val="000000"/>
        </w:rPr>
        <w:t>Yang benar,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  <w:t>[NAMA IBU BAPA / PENJAGA]</w:t>
      </w:r>
      <w:r>
        <w:rPr>
          <w:color w:val="000000"/>
        </w:rPr>
        <w:br/>
        <w:t>No. telefon: [NOMBOR UNTUK DIHUBUNGI]</w:t>
      </w:r>
    </w:p>
    <w:p w14:paraId="667E1401" w14:textId="77777777" w:rsidR="003A29E9" w:rsidRDefault="00000000">
      <w:r>
        <w:br w:type="page"/>
      </w:r>
    </w:p>
    <w:p w14:paraId="0DD24E8C" w14:textId="77777777" w:rsidR="003A29E9" w:rsidRDefault="00000000">
      <w:r>
        <w:rPr>
          <w:color w:val="000000"/>
        </w:rPr>
        <w:lastRenderedPageBreak/>
        <w:t>[NAMA IBU BAPA / PENJAGA]</w:t>
      </w:r>
      <w:r>
        <w:rPr>
          <w:color w:val="000000"/>
        </w:rPr>
        <w:br/>
        <w:t>[ALAMAT BARIS 1]</w:t>
      </w:r>
      <w:r>
        <w:rPr>
          <w:color w:val="000000"/>
        </w:rPr>
        <w:br/>
        <w:t>[POSKOD DAN BANDAR]</w:t>
      </w:r>
      <w:r>
        <w:rPr>
          <w:color w:val="000000"/>
        </w:rPr>
        <w:br/>
        <w:t>[NEGERI]</w:t>
      </w:r>
    </w:p>
    <w:p w14:paraId="581BFEB7" w14:textId="57EF6303" w:rsidR="003A29E9" w:rsidRDefault="00000000">
      <w:r>
        <w:rPr>
          <w:color w:val="000000"/>
        </w:rPr>
        <w:t xml:space="preserve">Guru </w:t>
      </w:r>
      <w:proofErr w:type="spellStart"/>
      <w:r>
        <w:rPr>
          <w:color w:val="000000"/>
        </w:rPr>
        <w:t>Kelas</w:t>
      </w:r>
      <w:proofErr w:type="spellEnd"/>
      <w:r>
        <w:rPr>
          <w:color w:val="000000"/>
        </w:rPr>
        <w:t xml:space="preserve"> [KELAS]</w:t>
      </w:r>
      <w:r>
        <w:rPr>
          <w:color w:val="000000"/>
        </w:rPr>
        <w:br/>
        <w:t>[NAMA SEKOLAH]</w:t>
      </w:r>
      <w:r>
        <w:rPr>
          <w:color w:val="000000"/>
        </w:rPr>
        <w:br/>
        <w:t>[ALAMAT SEKOLAH]</w:t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</w:r>
      <w:r w:rsidR="00CC052D">
        <w:rPr>
          <w:color w:val="000000"/>
        </w:rPr>
        <w:tab/>
        <w:t xml:space="preserve">            </w:t>
      </w:r>
      <w:r w:rsidR="00CC052D">
        <w:rPr>
          <w:color w:val="000000"/>
        </w:rPr>
        <w:tab/>
      </w:r>
      <w:r w:rsidR="00CC052D">
        <w:rPr>
          <w:color w:val="000000"/>
        </w:rPr>
        <w:t>Tarikh: [TARIKH SURAT]</w:t>
      </w:r>
    </w:p>
    <w:p w14:paraId="4507929D" w14:textId="1B358955" w:rsidR="003A29E9" w:rsidRDefault="003A29E9"/>
    <w:p w14:paraId="4E906C99" w14:textId="77777777" w:rsidR="003A29E9" w:rsidRDefault="00000000">
      <w:r>
        <w:rPr>
          <w:color w:val="000000"/>
        </w:rPr>
        <w:t>Tuan/Puan,</w:t>
      </w:r>
    </w:p>
    <w:p w14:paraId="15A30213" w14:textId="77777777" w:rsidR="003A29E9" w:rsidRDefault="00000000">
      <w:r>
        <w:rPr>
          <w:b/>
          <w:color w:val="000000"/>
        </w:rPr>
        <w:t>MAKLUMAN KETIDAKHADIRAN ANAK KE SEKOLAH</w:t>
      </w:r>
    </w:p>
    <w:p w14:paraId="29935A3C" w14:textId="77777777" w:rsidR="003A29E9" w:rsidRDefault="00000000">
      <w:r>
        <w:rPr>
          <w:color w:val="000000"/>
        </w:rPr>
        <w:t>Dengan hormatnya saya merujuk perkara di atas.</w:t>
      </w:r>
    </w:p>
    <w:p w14:paraId="14F986A4" w14:textId="4980F662" w:rsidR="003A29E9" w:rsidRDefault="00000000">
      <w:r>
        <w:rPr>
          <w:color w:val="000000"/>
        </w:rPr>
        <w:t>2.</w:t>
      </w:r>
      <w:r w:rsidR="00CC052D">
        <w:rPr>
          <w:color w:val="000000"/>
        </w:rPr>
        <w:tab/>
      </w:r>
      <w:r>
        <w:rPr>
          <w:color w:val="000000"/>
        </w:rPr>
        <w:t>Saya, [NAMA IBU BAPA / PENJAGA], ialah [HUBUNGAN DENGAN MURID] kepada [NAMA MURID], murid [KELAS]. Saya ingin memaklumkan bahawa anak/jagaan saya tidak dapat hadir ke sekolah pada [TARIKH TIDAK HADIR] kerana berlaku kecemasan keluarga yang memerlukan anak saya berada bersama saya pada tarikh tersebut.</w:t>
      </w:r>
    </w:p>
    <w:p w14:paraId="43AF090F" w14:textId="7FD81148" w:rsidR="003A29E9" w:rsidRDefault="00000000">
      <w:r>
        <w:rPr>
          <w:color w:val="000000"/>
        </w:rPr>
        <w:t>3.</w:t>
      </w:r>
      <w:r w:rsidR="00CC052D">
        <w:rPr>
          <w:color w:val="000000"/>
        </w:rPr>
        <w:tab/>
      </w:r>
      <w:r>
        <w:rPr>
          <w:color w:val="000000"/>
        </w:rPr>
        <w:t xml:space="preserve">Saya </w:t>
      </w:r>
      <w:proofErr w:type="spellStart"/>
      <w:r>
        <w:rPr>
          <w:color w:val="000000"/>
        </w:rPr>
        <w:t>memohon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maaf</w:t>
      </w:r>
      <w:proofErr w:type="spellEnd"/>
      <w:r>
        <w:rPr>
          <w:color w:val="000000"/>
        </w:rPr>
        <w:t xml:space="preserve"> kerana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dapat memaklumkan perkara ini lebih awal. Saya bersedia memberikan penjelasan lanjut secara terus kepada pihak sekolah jika diperlukan.</w:t>
      </w:r>
    </w:p>
    <w:p w14:paraId="2CFB693B" w14:textId="0CAE700A" w:rsidR="003A29E9" w:rsidRDefault="00000000">
      <w:r>
        <w:rPr>
          <w:color w:val="000000"/>
        </w:rPr>
        <w:t>4.</w:t>
      </w:r>
      <w:r w:rsidR="00CC052D">
        <w:rPr>
          <w:color w:val="000000"/>
        </w:rPr>
        <w:tab/>
      </w:r>
      <w:r>
        <w:rPr>
          <w:color w:val="000000"/>
        </w:rPr>
        <w:t xml:space="preserve">Saya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menghubungi</w:t>
      </w:r>
      <w:proofErr w:type="spellEnd"/>
      <w:r>
        <w:rPr>
          <w:color w:val="000000"/>
        </w:rPr>
        <w:t xml:space="preserve"> guru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mendapatkan maklumat tentang tugasan yang tertinggal dan membantu anak/jagaan saya menyelesaikannya mengikut kesesuaian.</w:t>
      </w:r>
    </w:p>
    <w:p w14:paraId="4400BBAC" w14:textId="77777777" w:rsidR="003A29E9" w:rsidRDefault="00000000">
      <w:r>
        <w:rPr>
          <w:color w:val="000000"/>
        </w:rPr>
        <w:t>Sekian, terima kasih.</w:t>
      </w:r>
    </w:p>
    <w:p w14:paraId="6B2C9B03" w14:textId="77777777" w:rsidR="003A29E9" w:rsidRDefault="00000000">
      <w:r>
        <w:rPr>
          <w:color w:val="000000"/>
        </w:rPr>
        <w:t>Yang benar,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  <w:t>[NAMA IBU BAPA / PENJAGA]</w:t>
      </w:r>
      <w:r>
        <w:rPr>
          <w:color w:val="000000"/>
        </w:rPr>
        <w:br/>
        <w:t>No. telefon: [NOMBOR UNTUK DIHUBUNGI]</w:t>
      </w:r>
    </w:p>
    <w:sectPr w:rsidR="003A29E9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5168020">
    <w:abstractNumId w:val="8"/>
  </w:num>
  <w:num w:numId="2" w16cid:durableId="918446148">
    <w:abstractNumId w:val="6"/>
  </w:num>
  <w:num w:numId="3" w16cid:durableId="430397352">
    <w:abstractNumId w:val="5"/>
  </w:num>
  <w:num w:numId="4" w16cid:durableId="1346052759">
    <w:abstractNumId w:val="4"/>
  </w:num>
  <w:num w:numId="5" w16cid:durableId="464004914">
    <w:abstractNumId w:val="7"/>
  </w:num>
  <w:num w:numId="6" w16cid:durableId="454914211">
    <w:abstractNumId w:val="3"/>
  </w:num>
  <w:num w:numId="7" w16cid:durableId="1200242782">
    <w:abstractNumId w:val="2"/>
  </w:num>
  <w:num w:numId="8" w16cid:durableId="331446938">
    <w:abstractNumId w:val="1"/>
  </w:num>
  <w:num w:numId="9" w16cid:durableId="71973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29E9"/>
    <w:rsid w:val="00AA1D8D"/>
    <w:rsid w:val="00B31A70"/>
    <w:rsid w:val="00B47730"/>
    <w:rsid w:val="00CB0664"/>
    <w:rsid w:val="00CC05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A63E2E"/>
  <w14:defaultImageDpi w14:val="300"/>
  <w15:docId w15:val="{A1450821-0739-4414-8F56-DEE3A2EF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dan contoh surat tidak hadir ke sekolah</dc:title>
  <dc:subject/>
  <dc:creator>Pendidik2u</dc:creator>
  <cp:keywords/>
  <dc:description>generated by python-docx</dc:description>
  <cp:lastModifiedBy>amri othman</cp:lastModifiedBy>
  <cp:revision>2</cp:revision>
  <dcterms:created xsi:type="dcterms:W3CDTF">2013-12-23T23:15:00Z</dcterms:created>
  <dcterms:modified xsi:type="dcterms:W3CDTF">2026-09-22T04:34:00Z</dcterms:modified>
  <cp:category/>
</cp:coreProperties>
</file>