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Template Kertas Kerja Sekolah</w:t>
      </w:r>
    </w:p>
    <w:p>
      <w:pPr>
        <w:pStyle w:val="Subtitle"/>
      </w:pPr>
      <w:r>
        <w:t>Format boleh edit dengan 17 bahagian</w:t>
      </w:r>
    </w:p>
    <w:p>
      <w:r>
        <w:t>Gantikan semua medan dalam kurungan siku dengan maklumat program. Sesuaikan susunan dengan arahan pentadbir. Template cadangan Pendidik2u ini bukan format wajib KPM.</w:t>
      </w:r>
    </w:p>
    <w:p>
      <w:r>
        <w:t>Nama program: [NAMA PROGRAM]</w:t>
        <w:br/>
        <w:t>Sekolah: [NAMA SEKOLAH]</w:t>
        <w:br/>
        <w:t>Disediakan oleh: [NAMA DAN JAWATAN]</w:t>
        <w:br/>
        <w:t>Tarikh penyediaan: [TARIKH]</w:t>
      </w:r>
    </w:p>
    <w:p>
      <w:pPr>
        <w:pStyle w:val="Heading1"/>
      </w:pPr>
      <w:r>
        <w:t>1. Tujuan</w:t>
      </w:r>
    </w:p>
    <w:p>
      <w:r>
        <w:t>Kertas kerja ini dikemukakan untuk memohon pertimbangan dan kelulusan [PIHAK MELULUSKAN] bagi melaksanakan [NAMA PROGRAM] serta cadangan perbelanjaan berjumlah RM[JUMLAH].</w:t>
      </w:r>
    </w:p>
    <w:p>
      <w:pPr>
        <w:pStyle w:val="Heading1"/>
      </w:pPr>
      <w:r>
        <w:t>2. Pengenalan</w:t>
      </w:r>
    </w:p>
    <w:p>
      <w:r>
        <w:t>[Terangkan latar belakang, keperluan murid atau sekolah, serta sebab program dicadangkan. Gunakan maklumat yang boleh disemak.]</w:t>
      </w:r>
    </w:p>
    <w:p>
      <w:pPr>
        <w:pStyle w:val="Heading1"/>
      </w:pPr>
      <w:r>
        <w:t>3. Objektif program</w:t>
      </w:r>
    </w:p>
    <w:p>
      <w:r>
        <w:t>Pada akhir program, peserta diharapkan dapat:</w:t>
        <w:br/>
        <w:t>1. [TINDAKAN ATAU KEMAHIRAN YANG BOLEH DINILAI]</w:t>
        <w:br/>
        <w:t>2. [HASIL KEDUA]</w:t>
        <w:br/>
        <w:t>3. [HASIL KETIGA]</w:t>
      </w:r>
    </w:p>
    <w:p>
      <w:pPr>
        <w:pStyle w:val="Heading1"/>
      </w:pPr>
      <w:r>
        <w:t>4. Matlamat program</w:t>
      </w:r>
    </w:p>
    <w:p>
      <w:r>
        <w:t>[Nyatakan hasil jangka panjang yang ingin dicapai dan kaitannya dengan keperluan sekolah.]</w:t>
      </w:r>
    </w:p>
    <w:p>
      <w:pPr>
        <w:pStyle w:val="Heading1"/>
      </w:pPr>
      <w:r>
        <w:t>5. Sasaran dan maklumat peserta</w:t>
      </w:r>
    </w:p>
    <w:p>
      <w:r>
        <w:t>[Nyatakan kumpulan sasaran, bilangan peserta, petugas dan tetamu. Bezakan peserta berdaftar dengan pengunjung terbuka.]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2880"/>
        <w:gridCol w:w="3456"/>
      </w:tblGrid>
      <w:tr>
        <w:trPr>
          <w:cantSplit/>
          <w:tblHeader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Kategori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Bilangan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Catatan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[Peserta]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[Petugas]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Jumlah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</w:tbl>
    <w:p/>
    <w:p>
      <w:pPr>
        <w:pStyle w:val="Heading1"/>
      </w:pPr>
      <w:r>
        <w:t>6. Tempoh masa</w:t>
      </w:r>
    </w:p>
    <w:p>
      <w:r>
        <w:t>Tarikh: [TARIKH]</w:t>
        <w:br/>
        <w:t>Hari: [HARI]</w:t>
        <w:br/>
        <w:t>Masa peserta: [MULA HINGGA TAMAT]</w:t>
        <w:br/>
        <w:t>Masa persediaan petugas: [MULA HINGGA TAMAT]</w:t>
      </w:r>
    </w:p>
    <w:p>
      <w:pPr>
        <w:pStyle w:val="Heading1"/>
      </w:pPr>
      <w:r>
        <w:t>7. Tempat</w:t>
      </w:r>
    </w:p>
    <w:p>
      <w:r>
        <w:t>[LOKASI PROGRAM]</w:t>
        <w:br/>
        <w:t>[Nyatakan pelan alternatif jika lokasi tidak dapat digunakan.]</w:t>
      </w:r>
    </w:p>
    <w:p>
      <w:pPr>
        <w:pStyle w:val="Heading1"/>
      </w:pPr>
      <w:r>
        <w:t>8. Anjuran</w:t>
      </w:r>
    </w:p>
    <w:p>
      <w:r>
        <w:t>Penganjur: [UNIT ATAU SEKOLAH]</w:t>
        <w:br/>
        <w:t>Dengan kerjasama: [PIHAK BERKAITAN JIKA ADA]</w:t>
      </w:r>
    </w:p>
    <w:p>
      <w:pPr>
        <w:pStyle w:val="Heading1"/>
      </w:pPr>
      <w:r>
        <w:t>9. Tetamu kehormat perasmi atau penceramah</w:t>
      </w:r>
    </w:p>
    <w:p>
      <w:r>
        <w:t>Nama dan jawatan: [BUTIRAN]</w:t>
        <w:br/>
        <w:t>Status jemputan: [CADANGAN ATAU TELAH DISAHKAN]</w:t>
        <w:br/>
        <w:t>[Tulis tidak berkenaan jika tiada.]</w:t>
      </w:r>
    </w:p>
    <w:p>
      <w:pPr>
        <w:pStyle w:val="Heading1"/>
      </w:pPr>
      <w:r>
        <w:t>10. Pelaksanaan dan tentatif program</w:t>
      </w:r>
    </w:p>
    <w:p>
      <w:r>
        <w:t>[Terangkan kaedah pelaksanaan, pembahagian kumpulan, aktiviti, pengawasan murid serta cara menilai hasil program.]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5256"/>
        <w:gridCol w:w="2592"/>
      </w:tblGrid>
      <w:tr>
        <w:trPr>
          <w:cantSplit/>
          <w:tblHeader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Masa</w:t>
            </w:r>
          </w:p>
        </w:tc>
        <w:tc>
          <w:tcPr>
            <w:tcW w:type="dxa" w:w="52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Aktiviti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Petugas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52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52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52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</w:tbl>
    <w:p/>
    <w:p>
      <w:pPr>
        <w:pStyle w:val="Heading1"/>
      </w:pPr>
      <w:r>
        <w:t>11. Jawatankuasa induk</w:t>
      </w:r>
    </w:p>
    <w:p>
      <w:r>
        <w:t>Penasihat: [NAMA DAN JAWATAN]</w:t>
        <w:br/>
        <w:t>Pengerusi: [NAMA]</w:t>
        <w:br/>
        <w:t>Timbalan pengerusi: [NAMA]</w:t>
        <w:br/>
        <w:t>Naib pengerusi: [NAMA]</w:t>
        <w:br/>
        <w:t>Setiausaha: [NAMA]</w:t>
        <w:br/>
        <w:t>Penolong setiausaha: [NAMA]</w:t>
        <w:br/>
        <w:t>Bendahari: [NAMA]</w:t>
      </w:r>
    </w:p>
    <w:p>
      <w:pPr>
        <w:pStyle w:val="Heading1"/>
      </w:pPr>
      <w:r>
        <w:t>12. Jawatankuasa pelaksana</w:t>
      </w:r>
    </w:p>
    <w:p>
      <w:r>
        <w:t>[Senaraikan AJK berdasarkan keperluan sebenar program. Setiap tugasan perlu mempunyai pegawai bertanggungjawab.]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8"/>
        <w:gridCol w:w="5328"/>
      </w:tblGrid>
      <w:tr>
        <w:trPr>
          <w:cantSplit/>
          <w:tblHeader/>
        </w:trPr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Tugas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Nama AJK</w:t>
            </w:r>
          </w:p>
        </w:tc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Tanggungjawab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</w:tbl>
    <w:p/>
    <w:p>
      <w:pPr>
        <w:pStyle w:val="Heading1"/>
      </w:pPr>
      <w:r>
        <w:t>13. Implikasi kewangan</w:t>
      </w:r>
    </w:p>
    <w:p>
      <w:r>
        <w:t>[Nyatakan sumber yang dicadangkan, status kelulusan dan perincian anggaran kos. Semak kesesuaian sumber dengan pihak sekolah sebelum membuat komitmen perbelanjaan.]</w:t>
      </w:r>
    </w:p>
    <w:p>
      <w:pPr>
        <w:pStyle w:val="Heading2"/>
      </w:pPr>
      <w:r>
        <w:t>13.1 Sumber kewangan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2880"/>
        <w:gridCol w:w="3456"/>
      </w:tblGrid>
      <w:tr>
        <w:trPr>
          <w:cantSplit/>
          <w:tblHeader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Sumber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Anggaran RM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Status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[Dicadangkan atau diluluskan]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Jumlah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13.2 Anggaran perbelanjaan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2880"/>
        <w:gridCol w:w="3456"/>
      </w:tblGrid>
      <w:tr>
        <w:trPr>
          <w:cantSplit/>
          <w:tblHeader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Perkara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Kuantiti dan kadar RM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DF2"/>
          </w:tcPr>
          <w:p>
            <w:pPr>
              <w:spacing w:after="60"/>
            </w:pPr>
            <w:r>
              <w:rPr>
                <w:b/>
                <w:sz w:val="20"/>
              </w:rPr>
              <w:t>Jumlah RM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 × 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 × 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Jumlah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 ]</w:t>
            </w:r>
          </w:p>
        </w:tc>
      </w:tr>
    </w:tbl>
    <w:p/>
    <w:p>
      <w:r>
        <w:t>Baki atau jurang pembiayaan: RM[JUMLAH SUMBER − JUMLAH KOS]. Jangan menganggap sumbangan yang belum disahkan sebagai wang yang telah diterima.</w:t>
      </w:r>
    </w:p>
    <w:p>
      <w:pPr>
        <w:pStyle w:val="Heading1"/>
      </w:pPr>
      <w:r>
        <w:t>14. Pengangkutan</w:t>
      </w:r>
    </w:p>
    <w:p>
      <w:r>
        <w:t>[Nyatakan keperluan pengangkutan, kos, penyelaras dan aturan ketibaan atau pulang. Jika tiada, tulis tidak berkenaan.]</w:t>
      </w:r>
    </w:p>
    <w:p>
      <w:pPr>
        <w:pStyle w:val="Heading1"/>
      </w:pPr>
      <w:r>
        <w:t>15. Peralatan dan makanan</w:t>
      </w:r>
    </w:p>
    <w:p>
      <w:r>
        <w:t>[Senaraikan peralatan, kuantiti, sumber pinjaman atau sewaan, petugas teknikal serta keperluan makanan mengikut bilangan penerima.]</w:t>
      </w:r>
    </w:p>
    <w:p>
      <w:pPr>
        <w:pStyle w:val="Heading1"/>
      </w:pPr>
      <w:r>
        <w:t>16. Penutup</w:t>
      </w:r>
    </w:p>
    <w:p>
      <w:r>
        <w:t>Diharapkan cadangan [NAMA PROGRAM] mendapat pertimbangan dan kelulusan [PIHAK BERKAITAN]. Pelaksanaan program ini bertujuan [HASIL UTAMA]. Kerjasama semua pihak diperlukan bagi memastikan program berjalan dengan teratur.</w:t>
      </w:r>
    </w:p>
    <w:p>
      <w:pPr>
        <w:pStyle w:val="Heading1"/>
      </w:pPr>
      <w:r>
        <w:t>17. Pengesahan kertas kerja program</w:t>
      </w:r>
    </w:p>
    <w:p>
      <w:r>
        <w:t>Disediakan oleh:</w:t>
        <w:br/>
        <w:t>[NAMA, JAWATAN, TANDATANGAN DAN TARIKH]</w:t>
        <w:br/>
        <w:br/>
        <w:t>Disemak oleh:</w:t>
        <w:br/>
        <w:t>[NAMA, JAWATAN, TANDATANGAN DAN TARIKH]</w:t>
        <w:br/>
        <w:br/>
        <w:t>Diluluskan oleh:</w:t>
        <w:br/>
        <w:t>[NAMA, JAWATAN, TANDATANGAN DAN TARIKH]</w:t>
        <w:br/>
        <w:br/>
        <w:t>Keputusan dan ulasan: [DIISI OLEH PIHAK MELULUSKAN]</w:t>
      </w:r>
    </w:p>
    <w:p>
      <w:pPr>
        <w:pStyle w:val="Heading1"/>
      </w:pPr>
      <w:r>
        <w:t>Lampiran</w:t>
      </w:r>
    </w:p>
    <w:p>
      <w:r>
        <w:t>Lampiran A: [Pelan lokasi atau senarai aktiviti]</w:t>
        <w:br/>
        <w:t>Lampiran B: [Kriteria penilaian]</w:t>
        <w:br/>
        <w:t>Lampiran C: [Peraturan dan langkah keselamatan]</w:t>
        <w:br/>
        <w:t>Lampiran D: [Rekod kewangan atau dokumen sokongan]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Pendidik2u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Pendidik2u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